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Raport dostępności: Instytut Językoznawstwa i Literaturoznawstwa</w:t>
      </w:r>
    </w:p>
    <w:p>
      <w:pPr>
        <w:pStyle w:val="Heading2"/>
      </w:pPr>
      <w:r>
        <w:t>Wydział: Wydział Nauk Humanistycznych</w:t>
      </w:r>
    </w:p>
    <w:p>
      <w:r>
        <w:t>Data wygenerowania: 07.05.2026, 12:32</w:t>
      </w:r>
    </w:p>
    <w:p>
      <w:r>
        <w:t>Brak raportów.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Raport wygenerowany automatycznie przez System Weryfikacji Dostępności.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color w:val="6B72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3D7C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3D7C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2937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dostępności - Instytut Językoznawstwa i Literaturoznawstwa</dc:title>
  <dc:subject/>
  <dc:creator>System Weryfikacji Dostępności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pl-PL</dc:language>
</cp:coreProperties>
</file>