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Instytut Rolnictwa i Ogrodnictwa</w:t>
      </w:r>
    </w:p>
    <w:p>
      <w:pPr>
        <w:pStyle w:val="Heading2"/>
      </w:pPr>
      <w:r>
        <w:t>Wydział: Wydział Nauk Rolniczych</w:t>
      </w:r>
    </w:p>
    <w:p>
      <w:r>
        <w:t>Data wygenerowania: 07.05.2026, 12:32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Instytut Rolnictwa i Ogrodnictwa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